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atalogueMeta"/>
        <w:spacing w:after="40"/>
      </w:pPr>
      <w:r>
        <w:rPr>
          <w:b/>
          <w:color w:val="005B70"/>
          <w:sz w:val="19"/>
        </w:rPr>
        <w:t>EasyLawCy</w:t>
      </w:r>
    </w:p>
    <w:p>
      <w:pPr>
        <w:pStyle w:val="CatalogueTitle"/>
        <w:jc w:val="left"/>
      </w:pPr>
      <w:r>
        <w:rPr>
          <w:b w:val="0"/>
        </w:rPr>
        <w:t>Κατάλογος δικαστικών εντύπων και προτύπων που υποστηρίζει το EasyLawCy</w:t>
      </w:r>
    </w:p>
    <w:p>
      <w:pPr>
        <w:pStyle w:val="CatalogueSubtitle"/>
        <w:spacing w:after="160"/>
      </w:pPr>
      <w:r>
        <w:rPr>
          <w:b w:val="0"/>
        </w:rPr>
        <w:t>Με πρακτικές ελληνικές ερωτήσεις χρήστη για κάθε εγγραφή του καταλόγου</w:t>
      </w:r>
    </w:p>
    <w:p>
      <w:pPr>
        <w:pStyle w:val="CatalogueMeta"/>
      </w:pPr>
      <w:r>
        <w:rPr>
          <w:b w:val="0"/>
        </w:rPr>
        <w:t>Ημερομηνία ενημέρωσης: 2026-07-04 | Σύνολο εγγραφών: 297 | Πηγή: κατάλογος υποστηριζόμενων εντύπων EasyLawCy</w:t>
      </w:r>
    </w:p>
    <w:p>
      <w:pPr>
        <w:pStyle w:val="CatalogueMeta"/>
        <w:spacing w:after="160"/>
      </w:pPr>
      <w:r>
        <w:rPr>
          <w:b w:val="0"/>
        </w:rPr>
        <w:t>Σημείωση: Τα παραδείγματα είναι φυσικές ελληνικές διατυπώσεις χρήστη, ελεγμένες με τον σημασιολογικό resolver του καταλόγου. Δεν χρησιμοποιούν εσωτερικά αναγνωριστικά ή αιτήματα με αριθμό εντύπου και δεν αντικαθιστούν νομική κρίση, έλεγχο εφαρμοστέας διαδικασίας ή έλεγχο των επίσημων πηγών.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11800"/>
        <w:gridCol w:w="2300"/>
      </w:tblGrid>
      <w:tr>
        <w:trPr>
          <w:tblHeader w:val="true"/>
        </w:trPr>
        <w:tc>
          <w:tcPr>
            <w:tcW w:type="dxa" w:w="1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rPr>
                <w:b/>
                <w:color w:val="FFFFFF"/>
              </w:rPr>
              <w:t>Κατηγορία</w:t>
            </w:r>
          </w:p>
        </w:tc>
        <w:tc>
          <w:tcPr>
            <w:tcW w:type="dxa" w:w="2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rPr>
                <w:b/>
                <w:color w:val="FFFFFF"/>
              </w:rPr>
              <w:t>Πλήθος</w:t>
            </w:r>
          </w:p>
        </w:tc>
      </w:tr>
      <w:tr>
        <w:tc>
          <w:tcPr>
            <w:tcW w:type="dxa" w:w="118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Σύνολο εγγραφών</w:t>
            </w:r>
          </w:p>
        </w:tc>
        <w:tc>
          <w:tcPr>
            <w:tcW w:type="dxa" w:w="23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297</w:t>
            </w:r>
          </w:p>
        </w:tc>
      </w:tr>
      <w:tr>
        <w:tc>
          <w:tcPr>
            <w:tcW w:type="dxa" w:w="118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Επίσημα έντυπα εκτός ΝΘΠΔ</w:t>
            </w:r>
          </w:p>
        </w:tc>
        <w:tc>
          <w:tcPr>
            <w:tcW w:type="dxa" w:w="23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170</w:t>
            </w:r>
          </w:p>
        </w:tc>
      </w:tr>
      <w:tr>
        <w:tc>
          <w:tcPr>
            <w:tcW w:type="dxa" w:w="118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Έντυπα ΝΘΠΔ</w:t>
            </w:r>
          </w:p>
        </w:tc>
        <w:tc>
          <w:tcPr>
            <w:tcW w:type="dxa" w:w="23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99</w:t>
            </w:r>
          </w:p>
        </w:tc>
      </w:tr>
      <w:tr>
        <w:tc>
          <w:tcPr>
            <w:tcW w:type="dxa" w:w="118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Διαδικασίες ΝΘΠΔ</w:t>
            </w:r>
          </w:p>
        </w:tc>
        <w:tc>
          <w:tcPr>
            <w:tcW w:type="dxa" w:w="23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6</w:t>
            </w:r>
          </w:p>
        </w:tc>
      </w:tr>
      <w:tr>
        <w:tc>
          <w:tcPr>
            <w:tcW w:type="dxa" w:w="118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Δικαστικά έγγραφα εκτός ΝΘΠΔ</w:t>
            </w:r>
          </w:p>
        </w:tc>
        <w:tc>
          <w:tcPr>
            <w:tcW w:type="dxa" w:w="23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2</w:t>
            </w:r>
          </w:p>
        </w:tc>
      </w:tr>
      <w:tr>
        <w:tc>
          <w:tcPr>
            <w:tcW w:type="dxa" w:w="118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Έγγραφα δικηγορικής εργασίας</w:t>
            </w:r>
          </w:p>
        </w:tc>
        <w:tc>
          <w:tcPr>
            <w:tcW w:type="dxa" w:w="23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11</w:t>
            </w:r>
          </w:p>
        </w:tc>
      </w:tr>
      <w:tr>
        <w:tc>
          <w:tcPr>
            <w:tcW w:type="dxa" w:w="118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Μη επίσημες κατηγορίες προτύπων</w:t>
            </w:r>
          </w:p>
        </w:tc>
        <w:tc>
          <w:tcPr>
            <w:tcW w:type="dxa" w:w="23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8</w:t>
            </w:r>
          </w:p>
        </w:tc>
      </w:tr>
      <w:tr>
        <w:tc>
          <w:tcPr>
            <w:tcW w:type="dxa" w:w="118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Επίσημες διαδικασίες προς επιβεβαίωση</w:t>
            </w:r>
          </w:p>
        </w:tc>
        <w:tc>
          <w:tcPr>
            <w:tcW w:type="dxa" w:w="2300"/>
            <w:shd w:fill="F0F9FB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r>
              <w:t>1</w:t>
            </w:r>
          </w:p>
        </w:tc>
      </w:tr>
    </w:tbl>
    <w:p>
      <w:r>
        <w:br w:type="page"/>
      </w:r>
    </w:p>
    <w:p>
      <w:pPr>
        <w:pStyle w:val="Heading1"/>
      </w:pPr>
      <w:r>
        <w:t>Διοικητικό Δικαστήριο (3)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520"/>
        <w:gridCol w:w="1800"/>
        <w:gridCol w:w="3300"/>
        <w:gridCol w:w="1700"/>
        <w:gridCol w:w="6780"/>
      </w:tblGrid>
      <w:tr>
        <w:trPr>
          <w:tblHeader w:val="true"/>
        </w:trPr>
        <w:tc>
          <w:tcPr>
            <w:tcW w:type="dxa" w:w="52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#</w:t>
            </w:r>
          </w:p>
        </w:tc>
        <w:tc>
          <w:tcPr>
            <w:tcW w:type="dxa" w:w="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Κατηγορία</w:t>
            </w:r>
          </w:p>
        </w:tc>
        <w:tc>
          <w:tcPr>
            <w:tcW w:type="dxa" w:w="3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Έντυπο / προϊόν</w:t>
            </w:r>
          </w:p>
        </w:tc>
        <w:tc>
          <w:tcPr>
            <w:tcW w:type="dxa" w:w="17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Τύπος</w:t>
            </w:r>
          </w:p>
        </w:tc>
        <w:tc>
          <w:tcPr>
            <w:tcW w:type="dxa" w:w="678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Πρακτική ερώτηση χρήστη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Διοικητικό Δικαστήριο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ΕΝΤΥΠΟΝ ΑΡ. 1 - Αίτησις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Θέλω να καταχωρίσω προσφυγή στο Διοικητικό Δικαστήριο κατά απόφασης δημόσιας αρχής.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Διοικητικό Δικαστήριο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ΕΝΤΥΠΟΝ ΑΡ. 2 - Ένστασις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Δημόσια αρχή αντιμετωπίζει διοικητική προσφυγή και χρειάζεται να καταχωρίσει ένσταση στο Διοικητικό Δικαστήριο.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Διοικητικό Δικαστήριο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ΕΝΤΥΠΟΝ ΑΡ. 3 - Εμφάνισις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Ο καθ' ου η αίτηση θέλει να δηλώσει εμφάνιση σε διοικητική προσφυγή.</w:t>
            </w:r>
          </w:p>
        </w:tc>
      </w:tr>
    </w:tbl>
    <w:p>
      <w:pPr>
        <w:pStyle w:val="Heading1"/>
      </w:pPr>
      <w:r>
        <w:t>Διοικητικό Δικαστήριο Διεθνούς Προστασίας (4)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520"/>
        <w:gridCol w:w="1800"/>
        <w:gridCol w:w="3300"/>
        <w:gridCol w:w="1700"/>
        <w:gridCol w:w="6780"/>
      </w:tblGrid>
      <w:tr>
        <w:trPr>
          <w:tblHeader w:val="true"/>
        </w:trPr>
        <w:tc>
          <w:tcPr>
            <w:tcW w:type="dxa" w:w="52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#</w:t>
            </w:r>
          </w:p>
        </w:tc>
        <w:tc>
          <w:tcPr>
            <w:tcW w:type="dxa" w:w="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Κατηγορία</w:t>
            </w:r>
          </w:p>
        </w:tc>
        <w:tc>
          <w:tcPr>
            <w:tcW w:type="dxa" w:w="3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Έντυπο / προϊόν</w:t>
            </w:r>
          </w:p>
        </w:tc>
        <w:tc>
          <w:tcPr>
            <w:tcW w:type="dxa" w:w="17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Τύπος</w:t>
            </w:r>
          </w:p>
        </w:tc>
        <w:tc>
          <w:tcPr>
            <w:tcW w:type="dxa" w:w="678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Πρακτική ερώτηση χρήστη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Διοικητικό Δικαστήριο Διεθνούς Προστασίας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ΕΝΤΥΠΟ ΑΡ. 1 - Αίτησις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Η Υπηρεσία Ασύλου απέρριψε το αίτημα διεθνούς προστασίας του πελάτη μου και θέλω να προσφύγω στο αρμόδιο δικαστήριο.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Διοικητικό Δικαστήριο Διεθνούς Προστασίας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ΕΝΤΥΠΟ ΑΡ. 2 - Ένστασις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υπόθεση διεθνούς προστασίας χρειάζεται ένσταση στην αίτηση που καταχωρίστηκε.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Διοικητικό Δικαστήριο Διεθνούς Προστασίας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ΕΝΤΥΠΟ ΑΡ. 3 - Υπόμνημα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Στο Διοικητικό Δικαστήριο Διεθνούς Προστασίας, μετά την προσφυγή για απόρριψη ασύλου, χρειάζεται να κατατεθούν γραπτές θέσεις.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Διοικητικό Δικαστήριο Διεθνούς Προστασίας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ΕΝΤΥΠΟ ΑΡ. 4 - Αίτηση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προσφυγή διεθνούς προστασίας χρειάζεται αίτηση για ενδιάμεσο διαδικαστικό ζήτημα πριν από την εκδίκαση.</w:t>
            </w:r>
          </w:p>
        </w:tc>
      </w:tr>
    </w:tbl>
    <w:p>
      <w:pPr>
        <w:pStyle w:val="Heading1"/>
      </w:pPr>
      <w:r>
        <w:t>Πτώχευση (63)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520"/>
        <w:gridCol w:w="1800"/>
        <w:gridCol w:w="3300"/>
        <w:gridCol w:w="1700"/>
        <w:gridCol w:w="6780"/>
      </w:tblGrid>
      <w:tr>
        <w:trPr>
          <w:tblHeader w:val="true"/>
        </w:trPr>
        <w:tc>
          <w:tcPr>
            <w:tcW w:type="dxa" w:w="52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#</w:t>
            </w:r>
          </w:p>
        </w:tc>
        <w:tc>
          <w:tcPr>
            <w:tcW w:type="dxa" w:w="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Κατηγορία</w:t>
            </w:r>
          </w:p>
        </w:tc>
        <w:tc>
          <w:tcPr>
            <w:tcW w:type="dxa" w:w="3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Έντυπο / προϊόν</w:t>
            </w:r>
          </w:p>
        </w:tc>
        <w:tc>
          <w:tcPr>
            <w:tcW w:type="dxa" w:w="17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Τύπος</w:t>
            </w:r>
          </w:p>
        </w:tc>
        <w:tc>
          <w:tcPr>
            <w:tcW w:type="dxa" w:w="678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Πρακτική ερώτηση χρήστη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1 - Γενικός τίτλος διαδικασίας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Γενικός τίτλος διαδικασίας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10 - Ειδοποίηση προς το Κτηματολόγιο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προς το Κτηματολόγιο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11 - Εγγύηση για αναστολή διαδικασίας ή ασφάλεια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Εγγύηση για αναστολή διαδικασίας ή ασφάλεια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12 - Γενική αίτηση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Γενική αίτηση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13 - Ειδοποίηση πρόθεσης ένστασης στην αίτηση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πρόθεσης ένστασης στην αίτηση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14 - Διάταγμα παραλαβής σε αίτηση οφειλέτη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Διάταγμα παραλαβής σε αίτηση οφειλέτη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15 - Διάταγμα παραλαβής σε αίτηση πιστωτή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Διάταγμα παραλαβής σε αίτηση πιστωτή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16 - Κατάσταση υποθέσεων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Κατάσταση υποθέσεων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17 - Ειδοποίηση προς πιστωτές για πρώτη συνέλευση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προς πιστωτές για πρώτη συνέλευση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18 - Ειδοποίηση προς πιστωτές για πρώτη συνέλευση σε συνοπτική υπόθεση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προς πιστωτές για πρώτη συνέλευση σε συνοπτική υπόθεση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19 - Ειδοποίηση πρώτης ή άλλης συνέλευσης για συμβιβασμό ή σχέδιο διευθέτησης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πρώτης ή άλλης συνέλευσης για συμβιβασμό ή σχέδιο διευθέτησης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2 - Δήλωση αδυναμίας πληρωμής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Δήλωση αδυναμίας πληρωμής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20 - Ειδοποίηση προς πιστωτές για αναβληθείσα συνέλευση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προς πιστωτές για αναβληθείσα συνέλευση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24 - Αποφάσεις συνέλευσης όπου αποφασίστηκε κήρυξη σε πτώχευση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Αποφάσεις συνέλευσης όπου αποφασίστηκε κήρυξη σε πτώχευση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25 - Ειδοποίηση συνέλευσης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συνέλευσης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26 - Ειδοποίηση προς πιστωτές για συνέλευση απομάκρυνσης διαχειριστή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προς πιστωτές για συνέλευση απομάκρυνσης διαχειριστή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27 - Πρακτικά συνέλευσης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Πρακτικά συνέλευσης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28 - Κατάλογος παρόντων πιστωτών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Κατάλογος παρόντων πιστωτών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29 - Κατάλογος πιστωτών για συνέλευση συμβιβασμού ή σχεδίου διευθέτησης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Κατάλογος πιστωτών για συνέλευση συμβιβασμού ή σχεδίου διευθέτησης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3 - Αίτημα έκδοσης πτωχευτικής ειδοποίησης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Αίτημα έκδοσης πτωχευτικής ειδοποίησης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30 - Απόδειξη χρέους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Απόδειξη χρέους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31 - Απόδειξη χρέους εργαζομένων ή μισθών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Απόδειξη χρέους εργαζομένων ή μισθών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30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32 - Ειδοποίηση απόφασης για απόδειξη χρέους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απόφασης για απόδειξη χρέους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31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33 - Ειδοποίηση απόρριψης απόδειξης χρέους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απόρριψης απόδειξης χρέους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32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34 - Γενικό πληρεξούσιο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Γενικό πληρεξούσιο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33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35 - Ειδικό πληρεξούσιο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Ειδικό πληρεξούσιο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34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36 - Διάταγμα διορισμού δημόσιας εξέτασης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Διάταγμα διορισμού δημόσιας εξέτασης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35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37 - Ειδοποίηση ημερομηνίας δημόσιας εξέτασης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ημερομηνίας δημόσιας εξέτασης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36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38 - Πρόταση συμβιβασμού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Πρόταση συμβιβασμού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37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39 - Πρόταση σχεδίου διευθέτησης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Πρόταση σχεδίου διευθέτησης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38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4 - Πτωχευτική ειδοποίηση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Πτωχευτική ειδοποίηση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39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40 - Έκθεση επίσημου παραλήπτη για την πρόταση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Έκθεση επίσημου παραλήπτη για την πρόταση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40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41 - Απόφαση αποδοχής συμβιβασμού ή σχεδίου διευθέτησης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Απόφαση αποδοχής συμβιβασμού ή σχεδίου διευθέτησης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41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42 - Πιστοποιητικό έγκρισης συμβιβασμού ή σχεδίου διευθέτησης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Πιστοποιητικό έγκρισης συμβιβασμού ή σχεδίου διευθέτησης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42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43 - Διάταγμα κήρυξης σε πτώχευση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Διάταγμα κήρυξης σε πτώχευση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43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44 - Πιστοποιητικό πιστωτών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Πιστοποιητικό πιστωτών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44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45 - Συγκατάθεση πτωχεύσαντος σε απόφαση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Συγκατάθεση πτωχεύσαντος σε απόφαση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45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46 - Ένορκη δήλωση οφειλέτη μετά από υπό όρους απαλλαγή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Ένορκη δήλωση οφειλέτη μετά από υπό όρους απαλλαγή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46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47 - Πιστοποιητικό άρσης ανικανότητας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Πιστοποιητικό άρσης ανικανότητας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47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48 - Ένσταση στον διορισμό διαχειριστή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Ένσταση στον διορισμό διαχειριστή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48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49 - Πιστοποιητικό διορισμού διαχειριστή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Πιστοποιητικό διορισμού διαχειριστή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49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5 - Ένορκη δήλωση σε αίτηση ακύρωσης πτωχευτικής ειδοποίησης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Ένορκη δήλωση σε αίτηση ακύρωσης πτωχευτικής ειδοποίησης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50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50 - Ειδοποίηση προς εκμισθωτή για πρόθεση αποποίησης μισθωμένου ακινήτου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προς εκμισθωτή για πρόθεση αποποίησης μισθωμένου ακινήτου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51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51 - Ειδοποίηση πρόθεσης αποποίησης υπεκμισθωμένου ή υποθηκευμένου μισθωμένου ακινήτου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πρόθεσης αποποίησης υπεκμισθωμένου ή υποθηκευμένου μισθωμένου ακινήτου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52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52 - Αποποίηση χωρίς ειδοποίηση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Αποποίηση χωρίς ειδοποίηση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53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53 - Αποποίηση μισθωμένου ακινήτου μετά από ειδοποίηση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Αποποίηση μισθωμένου ακινήτου μετά από ειδοποίηση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54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54 - Αποποίηση μίσθωσης με άδεια δικαστηρίου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Αποποίηση μίσθωσης με άδεια δικαστηρίου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55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55 - Ειδοποίηση αποποίησης χωρίς άδεια δικαστηρίου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αποποίησης χωρίς άδεια δικαστηρίου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56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56 - Ειδοποίηση αποποίησης μίσθωσης με άδεια δικαστηρίου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αποποίησης μίσθωσης με άδεια δικαστηρίου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57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57 - Ειδοποίηση προς διαχειριστή να επιλέξει αν θα αποποιηθεί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προς διαχειριστή να επιλέξει αν θα αποποιηθεί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58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58 - Αίτηση πιστωτή για διαχείριση περιουσίας αποβιώσαντος οφειλέτη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Αίτηση πιστωτή για διαχείριση περιουσίας αποβιώσαντος οφειλέτη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59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6 - Αίτηση οφειλέτη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Αίτηση οφειλέτη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60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60 - Κατάσταση που συνοδεύει ειδοποίηση μερίσματος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Κατάσταση που συνοδεύει ειδοποίηση μερίσματος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61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61 - Κατάλογος αποδείξεων χρέους που αποστέλλονται στον Πρωτοκολλητή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Κατάλογος αποδείξεων χρέους που αποστέλλονται στον Πρωτοκολλητή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62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62 - Μηνιαίος κατάλογος αποδείξεων χρέους που έλαβε ο διαχειριστής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Μηνιαίος κατάλογος αποδείξεων χρέους που έλαβε ο διαχειριστής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63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63 - Κατάλογος αποδείξεων χρέους κατά τη δήλωση μερίσματος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Κατάλογος αποδείξεων χρέους κατά τη δήλωση μερίσματος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64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64 - Ειδοποίηση πρόθεσης δήλωσης μερίσματος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πρόθεσης δήλωσης μερίσματος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65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65 - Ειδοποίηση προς πρόσωπα που ισχυρίζονται ότι είναι πιστωτές για πρόθεση δήλωσης τελικού μερίσματος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προς πρόσωπα που ισχυρίζονται ότι είναι πιστωτές για πρόθεση δήλωσης τελικού μερίσματος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66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66 - Ειδοποίηση προς πιστωτές για πρόθεση πληρωμής συμβιβασμού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Ειδοποίηση προς πιστωτές για πρόθεση πληρωμής συμβιβασμού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67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7 - Αίτηση πιστωτή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Πιστωτής θέλει να καταχωρίσει πτωχευτική αίτηση επειδή ο οφειλέτης αγνόησε την ειδοποίηση πληρωμής.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68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7Α - Ένορκη δήλωση αλήθειας των δηλώσεων στην αίτηση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Ένορκη δήλωση αλήθειας των δηλώσεων στην αίτηση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69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7Β - Ένορκη δήλωση αλήθειας των δηλώσεων σε κοινή αίτηση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Ένορκη δήλωση αλήθειας των δηλώσεων σε κοινή αίτηση για τον φάκελο του οφειλέτη.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70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Πτώχευση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9 - Δήλωση συνεταίρων ή προσώπου που ασκεί εργασία με εμπορική επωνυμία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πτωχευτική διαδικασία χρειάζεται Δήλωση συνεταίρων ή προσώπου που ασκεί εργασία με εμπορική επωνυμία για τον φάκελο του οφειλέτη.</w:t>
            </w:r>
          </w:p>
        </w:tc>
      </w:tr>
    </w:tbl>
    <w:p>
      <w:pPr>
        <w:pStyle w:val="Heading1"/>
      </w:pPr>
      <w:r>
        <w:t>Ποινική Διαδικασία (54)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520"/>
        <w:gridCol w:w="1800"/>
        <w:gridCol w:w="3300"/>
        <w:gridCol w:w="1700"/>
        <w:gridCol w:w="6780"/>
      </w:tblGrid>
      <w:tr>
        <w:trPr>
          <w:tblHeader w:val="true"/>
        </w:trPr>
        <w:tc>
          <w:tcPr>
            <w:tcW w:type="dxa" w:w="52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#</w:t>
            </w:r>
          </w:p>
        </w:tc>
        <w:tc>
          <w:tcPr>
            <w:tcW w:type="dxa" w:w="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Κατηγορία</w:t>
            </w:r>
          </w:p>
        </w:tc>
        <w:tc>
          <w:tcPr>
            <w:tcW w:type="dxa" w:w="3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Έντυπο / προϊόν</w:t>
            </w:r>
          </w:p>
        </w:tc>
        <w:tc>
          <w:tcPr>
            <w:tcW w:type="dxa" w:w="17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Τύπος</w:t>
            </w:r>
          </w:p>
        </w:tc>
        <w:tc>
          <w:tcPr>
            <w:tcW w:type="dxa" w:w="678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Πρακτική ερώτηση χρήστη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71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Ένταλμα Κυβερνήτη για προσκόμιση τηλεγραφημάτων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Ένταλμα Κυβερνήτη για προσκόμιση τηλεγραφημάτων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72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Ποινικό Έντυπο Αρ. 10 - Κατηγορητήριο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Σε ποινική υπόθεση ετοίμασε κατηγορητήριο για ειδική πληροφορία της κατηγορίας και τα στοιχεία του αδικήματος.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73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Ένορκη δήλωση επίδοσης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Ένορκη δήλωση επίδοσης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74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Ένταλμα κράτησης ή προφυλάκισης για δίκη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Ένταλμα κράτησης ή προφυλάκισης για δίκη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75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Κλήση μάρτυρα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Κλήση μάρτυρα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76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Ένταλμα σύλληψης μάρτυρα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Ένταλμα σύλληψης μάρτυρα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77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Διάταγμα προσαγωγής κρατουμένου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Διάταγμα προσαγωγής κρατουμένου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78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Διάταγμα κράτησης μάρτυρα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Διάταγμα κράτησης μάρτυρα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79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Επιστολή αιτήματος για λήψη μαρτυρίας στο εξωτερικό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Επιστολή αιτήματος για λήψη μαρτυρίας στο εξωτερικό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80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Διάταγμα διορισμού Βρετανού προξένου ως ειδικού εξεταστή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Διάταγμα διορισμού Βρετανού προξένου ως ειδικού εξεταστή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81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Αίτηση πριν από την απολογία ή για αναστολή απόφασης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Αίτηση πριν από την απολογία ή για αναστολή απόφασης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82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Εγγύηση εμφάνισης στον αστυνομικό σταθμό χωρίς εγγυητές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Εγγύηση εμφάνισης στον αστυνομικό σταθμό χωρίς εγγυητές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83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πρόθεσης λήψης κατάθεσης ασθενούς μάρτυρα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Ειδοποίηση πρόθεσης λήψης κατάθεσης ασθενούς μάρτυρα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84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Διάταγμα μεταφοράς κατηγορουμένου στον τόπο κατάθεσης ασθενούς μάρτυρα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Διάταγμα μεταφοράς κατηγορουμένου στον τόπο κατάθεσης ασθενούς μάρτυρα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85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Τίτλος κατάθεσης μάρτυρα που είναι επικίνδυνα ασθενής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Τίτλος κατάθεσης μάρτυρα που είναι επικίνδυνα ασθενής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86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προς μάρτυρα για αλλαγή χρόνου ή τόπου δίκης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Ειδοποίηση προς μάρτυρα για αλλαγή χρόνου ή τόπου δίκης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87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Εγγύηση εμφάνισης για παροχή μαρτυρίας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Εγγύηση εμφάνισης για παροχή μαρτυρίας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88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προς μάρτυρα που δεσμεύθηκε να δώσει μαρτυρία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Ειδοποίηση προς μάρτυρα που δεσμεύθηκε να δώσει μαρτυρία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89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προς μάρτυρα που θεωρείται δεσμευμένος να εμφανιστεί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Ειδοποίηση προς μάρτυρα που θεωρείται δεσμευμένος να εμφανιστεί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90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προς μάρτυρα που δεσμεύθηκε υπό όρους να εμφανιστεί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Ειδοποίηση προς μάρτυρα που δεσμεύθηκε υπό όρους να εμφανιστεί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91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Ποινικό έντυπο αρ. 28 - τίτλος προς επιβεβαίωση από την επίσημη πηγή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να επιβεβαιωθεί ο σωστός τίτλος του διαδικαστικού εγγράφου πριν καταχωριστεί.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92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Κατηγορητήριο / πληροφορία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Κατηγορητήριο / πληροφορία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93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Εγγύηση εμφάνισης στον αστυνομικό σταθμό με εγγυητές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Εγγύηση εμφάνισης στον αστυνομικό σταθμό με εγγυητές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94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Έντυπα κατηγορητηρίου / πληροφορίας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το κατάλληλο έγγραφο πληροφοριών για την κατηγορία.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95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Κλήση προς υπερήμερο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Κλήση προς υπερήμερο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96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Ένταλμα εκτέλεσης επί κινητών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Ένταλμα εκτέλεσης επί κινητών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97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Ένταλμα φυλάκισης για ποινή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Ένταλμα φυλάκισης για ποινή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98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Αίτηση παράτασης χρόνου ειδοποίησης έφεσης ή άδειας έφεσης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Αίτηση παράτασης χρόνου ειδοποίησης έφεσης ή άδειας έφεσης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99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έφεσης από τον Γενικό Εισαγγελέα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Ειδοποίηση έφεσης από τον Γενικό Εισαγγελέα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100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έφεσης επί νομικού ζητήματος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Ειδοποίηση έφεσης επί νομικού ζητήματος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101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Αίτηση άδειας έφεσης από Κακουργιοδικείο ή Επαρχιακό Δικαστήριο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Αίτηση άδειας έφεσης από Κακουργιοδικείο ή Επαρχιακό Δικαστήριο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102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για εμφάνιση και αιτιολόγηση γιατί πρέπει να δοθεί άδεια έφεσης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Ειδοποίηση για εμφάνιση και αιτιολόγηση γιατί πρέπει να δοθεί άδεια έφεσης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103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απόρριψης άδειας έφεσης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Ειδοποίηση απόρριψης άδειας έφεσης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104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ακρόασης έφεσης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Ειδοποίηση ακρόασης έφεσης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105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Ένταλμα σύλληψης κατηγορουμένου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Ένταλμα σύλληψης κατηγορουμένου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106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εγκατάλειψης έφεσης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Ειδοποίηση εγκατάλειψης έφεσης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107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Εγγύηση εμφάνισης / εγγυητήριο με εγγυητές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Εγγύηση εμφάνισης / εγγυητήριο με εγγυητές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108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Εγγύηση εμφάνισης / εγγυητήριο χωρίς εγγυητές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Εγγύηση εμφάνισης / εγγυητήριο χωρίς εγγυητές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109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Εγγύηση εμφάνισης εφεσείοντα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Εγγύηση εμφάνισης εφεσείοντα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110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Εγγύηση εγγυητών εφεσείοντα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Εγγύηση εγγυητών εφεσείοντα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111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Ένταλμα απελευθέρωσης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Ένταλμα απελευθέρωσης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112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Οπισθογράφηση σε εγγύηση εμφάνισης / εγγυητήριο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Οπισθογράφηση σε εγγύηση εμφάνισης / εγγυητήριο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113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προς τον κύριο υπόχρεο για κατάπτωση εγγύησης εμφάνισης / εγγυητηρίου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Ειδοποίηση προς τον κύριο υπόχρεο για κατάπτωση εγγύησης εμφάνισης / εγγυητηρίου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114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Κατηγορητήριο / πληροφορία για παράβαση εγγύησης εμφάνισης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Κατηγορητήριο / πληροφορία για παράβαση εγγύησης εμφάνισης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115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Κλήση για παράβαση εγγύησης εμφάνισης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Κλήση για παράβαση εγγύησης εμφάνισης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116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Αίτηση προσωποκράτησης σε αστυνομική κράτηση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Αίτηση προσωποκράτησης σε αστυνομική κράτηση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117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Ένταλμα φυλάκισης μετά από καταδίκη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Ένταλμα φυλάκισης μετά από καταδίκη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118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μητρώου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το κατάλληλο μητρώο καταχώρισης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119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Αρ. 52 - Ένταλμα Εκτελέσεως Θανατικής Ποινής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Ένταλμα Εκτελέσεως Θανατικής Ποινής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120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Ένταλμα έρευνας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Ένταλμα έρευνας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121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Ποινικό Έντυπο Αρ. 7 - Κατηγορητήριο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Σε ποινική υπόθεση ετοίμασε κατηγορητήριο για την αρχική διατύπωση της κατηγορίας ενώπιον του ποινικού δικαστηρίου.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122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Πιστοποιητικό άρνησης οδηγιών για καταχώριση κατηγορίας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Πιστοποιητικό άρνησης οδηγιών για καταχώριση κατηγορίας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123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Ποινικό Έντυπο Αρ. 9 - Κατηγορητήριο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ποινική υπόθεση χρειάζεται Κατηγορητήριο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124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Ποινική Διαδικασία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Ιδιωτική ποινική διαδικασία / ποινικό έντυπο προς επιβεβαίωση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Επίσημη διαδικασία προς επιβεβαίωση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Θέλω να ξεκινήσω ιδιωτική ποινική υπόθεση και χρειάζεται να επιβεβαιώσουμε ποιο ποινικό έγγραφο ταιριάζει.</w:t>
            </w:r>
          </w:p>
        </w:tc>
      </w:tr>
    </w:tbl>
    <w:p>
      <w:pPr>
        <w:pStyle w:val="Heading1"/>
      </w:pPr>
      <w:r>
        <w:t>Δικαστήριο Εργατικών Διαφορών (7)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520"/>
        <w:gridCol w:w="1800"/>
        <w:gridCol w:w="3300"/>
        <w:gridCol w:w="1700"/>
        <w:gridCol w:w="6780"/>
      </w:tblGrid>
      <w:tr>
        <w:trPr>
          <w:tblHeader w:val="true"/>
        </w:trPr>
        <w:tc>
          <w:tcPr>
            <w:tcW w:type="dxa" w:w="52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#</w:t>
            </w:r>
          </w:p>
        </w:tc>
        <w:tc>
          <w:tcPr>
            <w:tcW w:type="dxa" w:w="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Κατηγορία</w:t>
            </w:r>
          </w:p>
        </w:tc>
        <w:tc>
          <w:tcPr>
            <w:tcW w:type="dxa" w:w="3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Έντυπο / προϊόν</w:t>
            </w:r>
          </w:p>
        </w:tc>
        <w:tc>
          <w:tcPr>
            <w:tcW w:type="dxa" w:w="17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Τύπος</w:t>
            </w:r>
          </w:p>
        </w:tc>
        <w:tc>
          <w:tcPr>
            <w:tcW w:type="dxa" w:w="678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Πρακτική ερώτηση χρήστη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125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Δικαστήριο Εργατικών Διαφορών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1 - Αίτηση Εργατικής Διαφοράς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Απολύθηκα χωρίς προειδοποίηση και θέλω να ζητήσω αποζημίωση στο Δικαστήριο Εργατικών Διαφορών. Ετοίμασε την αίτηση.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126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Δικαστήριο Εργατικών Διαφορών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2 - Γνωστοποίηση Αιτήσεως Εργατικής Διαφοράς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εργατική διαφορά χρειάζεται Γνωστοποίηση Αιτήσεως Εργατικής Διαφοράς.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127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Δικαστήριο Εργατικών Διαφορών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3 - Έγγραφο Εμφανίσεως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Ο εργοδότης θέλει να εμφανιστεί στην εργατική διαφορά που του επιδόθηκε.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128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Δικαστήριο Εργατικών Διαφορών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4 - Γνωστοποίηση Ορισμού Δικάσιμου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εργατική διαφορά χρειάζεται Γνωστοποίηση Ορισμού Δικάσιμου.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129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Δικαστήριο Εργατικών Διαφορών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5 - Υπόμνημα (καταργήθηκε)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εργατική διαφορά χρειάζεται Υπόμνημα (καταργήθηκε).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130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Δικαστήριο Εργατικών Διαφορών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6 - Ενδιάμεση Αίτηση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εργατική διαφορά χρειάζεται ενδιάμεση αίτηση πριν από την εκδίκαση.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131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Δικαστήριο Εργατικών Διαφορών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7 - Ένσταση σε Ενδιάμεση Αίτηση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Χρειάζεται ένσταση σε ενδιάμεση αίτηση στο Δικαστήριο Εργατικών Διαφορών.</w:t>
            </w:r>
          </w:p>
        </w:tc>
      </w:tr>
    </w:tbl>
    <w:p>
      <w:pPr>
        <w:pStyle w:val="Heading1"/>
      </w:pPr>
      <w:r>
        <w:t>Οικογενειακό Δικαστήριο (4)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520"/>
        <w:gridCol w:w="1800"/>
        <w:gridCol w:w="3300"/>
        <w:gridCol w:w="1700"/>
        <w:gridCol w:w="6780"/>
      </w:tblGrid>
      <w:tr>
        <w:trPr>
          <w:tblHeader w:val="true"/>
        </w:trPr>
        <w:tc>
          <w:tcPr>
            <w:tcW w:type="dxa" w:w="52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#</w:t>
            </w:r>
          </w:p>
        </w:tc>
        <w:tc>
          <w:tcPr>
            <w:tcW w:type="dxa" w:w="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Κατηγορία</w:t>
            </w:r>
          </w:p>
        </w:tc>
        <w:tc>
          <w:tcPr>
            <w:tcW w:type="dxa" w:w="3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Έντυπο / προϊόν</w:t>
            </w:r>
          </w:p>
        </w:tc>
        <w:tc>
          <w:tcPr>
            <w:tcW w:type="dxa" w:w="17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Τύπος</w:t>
            </w:r>
          </w:p>
        </w:tc>
        <w:tc>
          <w:tcPr>
            <w:tcW w:type="dxa" w:w="678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Πρακτική ερώτηση χρήστη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132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Οικογενειακό Δικαστήριο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1 - Αίτηση Οικογενειακού Δικαστηρίου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Χρειάζεται αίτηση στο Οικογενειακό Δικαστήριο για οικογενειακή διαφορά.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133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Οικογενειακό Δικαστήριο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2 - Ειδοποίηση Έφεσης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Χρειάζεται ειδοποίηση έφεσης σε οικογενειακή υπόθεση.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134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Οικογενειακό Δικαστήριο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3 - Αίτηση συναινετικού διαζυγίου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Οι σύζυγοι θέλουν να προχωρήσουν με κοινή αίτηση συναινετικού διαζυγίου στο Οικογενειακό Δικαστήριο.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135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Οικογενειακό Δικαστήριο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ΕΕ63 - Ειδοποίηση Εφεσείοντα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Ο εφεσείων σε οικογενειακή υπόθεση χρειάζεται την ειδική ειδοποίηση για το εφετειακό βήμα.</w:t>
            </w:r>
          </w:p>
        </w:tc>
      </w:tr>
    </w:tbl>
    <w:p>
      <w:pPr>
        <w:pStyle w:val="Heading1"/>
      </w:pPr>
      <w:r>
        <w:t>Οικογενειακή Βία (3)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520"/>
        <w:gridCol w:w="1800"/>
        <w:gridCol w:w="3300"/>
        <w:gridCol w:w="1700"/>
        <w:gridCol w:w="6780"/>
      </w:tblGrid>
      <w:tr>
        <w:trPr>
          <w:tblHeader w:val="true"/>
        </w:trPr>
        <w:tc>
          <w:tcPr>
            <w:tcW w:type="dxa" w:w="52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#</w:t>
            </w:r>
          </w:p>
        </w:tc>
        <w:tc>
          <w:tcPr>
            <w:tcW w:type="dxa" w:w="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Κατηγορία</w:t>
            </w:r>
          </w:p>
        </w:tc>
        <w:tc>
          <w:tcPr>
            <w:tcW w:type="dxa" w:w="3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Έντυπο / προϊόν</w:t>
            </w:r>
          </w:p>
        </w:tc>
        <w:tc>
          <w:tcPr>
            <w:tcW w:type="dxa" w:w="17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Τύπος</w:t>
            </w:r>
          </w:p>
        </w:tc>
        <w:tc>
          <w:tcPr>
            <w:tcW w:type="dxa" w:w="678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Πρακτική ερώτηση χρήστη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136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Οικογενειακή Βία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1 - Μονομερής αίτηση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Χρειάζεται επείγουσα μονομερής αίτηση για προστατευτικό διάταγμα λόγω οικογενειακής βίας.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137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Οικογενειακή Βία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2 - Οικογενειακή βία / προστατευτικό διαδικαστικό έντυπο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Μετά την επείγουσα προστασία λόγω οικογενειακής βίας χρειάζεται διαδικαστικό έγγραφο για κοινοποίηση και συνέχιση της υπόθεσης.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138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Οικογενειακή Βία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3 - Οικογενειακή βία / προστατευτικό διαδικαστικό έντυπο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υπόθεση οικογενειακής βίας χρειάζεται διαδικαστικό έγγραφο για μεταγενέστερη προστατευτική ενέργεια και παρακολούθηση του διατάγματος.</w:t>
            </w:r>
          </w:p>
        </w:tc>
      </w:tr>
    </w:tbl>
    <w:p>
      <w:pPr>
        <w:pStyle w:val="Heading1"/>
      </w:pPr>
      <w:r>
        <w:t>Μη επίσημα πρότυπα (8)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520"/>
        <w:gridCol w:w="1800"/>
        <w:gridCol w:w="3300"/>
        <w:gridCol w:w="1700"/>
        <w:gridCol w:w="6780"/>
      </w:tblGrid>
      <w:tr>
        <w:trPr>
          <w:tblHeader w:val="true"/>
        </w:trPr>
        <w:tc>
          <w:tcPr>
            <w:tcW w:type="dxa" w:w="52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#</w:t>
            </w:r>
          </w:p>
        </w:tc>
        <w:tc>
          <w:tcPr>
            <w:tcW w:type="dxa" w:w="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Κατηγορία</w:t>
            </w:r>
          </w:p>
        </w:tc>
        <w:tc>
          <w:tcPr>
            <w:tcW w:type="dxa" w:w="3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Έντυπο / προϊόν</w:t>
            </w:r>
          </w:p>
        </w:tc>
        <w:tc>
          <w:tcPr>
            <w:tcW w:type="dxa" w:w="17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Τύπος</w:t>
            </w:r>
          </w:p>
        </w:tc>
        <w:tc>
          <w:tcPr>
            <w:tcW w:type="dxa" w:w="678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Πρακτική ερώτηση χρήστη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139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επίσημα πρότυπα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ΣΥΜΒΑΣΗ / ΣΥΜΦΩΝΙΑ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επίσημο πρότυπο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Θέλω συμφωνία παροχής υπηρεσιών ανάμεσα σε κυπριακή εταιρεία και εξωτερικό συνεργάτη.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140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επίσημα πρότυπα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ΕΤΑΙΡΙΚΟ ΕΓΓΡΑΦΟ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επίσημο πρότυπο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Χρειάζεται πρακτικό διοικητικού συμβουλίου για έγκριση ανοίγματος τραπεζικού λογαριασμού.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141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επίσημα πρότυπα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ΟΙΚΟΓΕΝΕΙΑ / ΚΛΗΡΟΝΟΜΙΚΟ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επίσημο πρότυπο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Θέλω απλή διαθήκη για να αφήσω το σπίτι στα παιδιά μου, χωρίς καταχώριση σε δικαστήριο.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142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επίσημα πρότυπα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ΕΠΙΣΤΟΛΗ / ΕΙΔΟΠΟΙΗΣΗ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επίσημο πρότυπο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Γράψε επίσημη επιστολή σε προμηθευτή για καθυστέρηση παράδοσης.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143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επίσημα πρότυπα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ΔΙΚΟΝΟΜΙΚΟ / ΔΙΑΔΙΚΑΣΤΙΚΟ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επίσημο πρότυπο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Χρειάζομαι οργανωμένη λίστα ελέγχου για ακρόαση πολιτικής υπόθεσης, όχι επίσημο δικαστικό έντυπο.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144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επίσημα πρότυπα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ΑΛΛΟ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επίσημο πρότυπο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Χρειάζομαι πρότυπο ημερήσιας αναφοράς εργασιών για εσωτερική χρήση.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145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επίσημα πρότυπα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ΑΚΙΝΗΤΗ ΙΔΙΟΚΤΗΣΙΑ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επίσημο πρότυπο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Θέλω συμφωνητικό πώλησης διαμερίσματος στη Λεμεσό.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146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επίσημα πρότυπα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ΚΑΝΟΝΙΣΤΙΚΟ / ΣΥΜΜΟΡΦΩΣΗ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Μη επίσημο πρότυπο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Θέλω πολιτική απορρήτου για ιστοσελίδα που συλλέγει στοιχεία πελατών.</w:t>
            </w:r>
          </w:p>
        </w:tc>
      </w:tr>
    </w:tbl>
    <w:p>
      <w:pPr>
        <w:pStyle w:val="Heading1"/>
      </w:pPr>
      <w:r>
        <w:t>Έγγραφα δικηγορικής εργασίας (11)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520"/>
        <w:gridCol w:w="1800"/>
        <w:gridCol w:w="3300"/>
        <w:gridCol w:w="1700"/>
        <w:gridCol w:w="6780"/>
      </w:tblGrid>
      <w:tr>
        <w:trPr>
          <w:tblHeader w:val="true"/>
        </w:trPr>
        <w:tc>
          <w:tcPr>
            <w:tcW w:type="dxa" w:w="52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#</w:t>
            </w:r>
          </w:p>
        </w:tc>
        <w:tc>
          <w:tcPr>
            <w:tcW w:type="dxa" w:w="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Κατηγορία</w:t>
            </w:r>
          </w:p>
        </w:tc>
        <w:tc>
          <w:tcPr>
            <w:tcW w:type="dxa" w:w="3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Έντυπο / προϊόν</w:t>
            </w:r>
          </w:p>
        </w:tc>
        <w:tc>
          <w:tcPr>
            <w:tcW w:type="dxa" w:w="17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Τύπος</w:t>
            </w:r>
          </w:p>
        </w:tc>
        <w:tc>
          <w:tcPr>
            <w:tcW w:type="dxa" w:w="678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Πρακτική ερώτηση χρήστη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147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Έγγραφα δικηγορικής εργασίας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Έγγραφο δικηγορικής εργασίας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Χρειάζεται δικαστική αίτηση για πολιτική υπόθεση, αφού πρώτα επιβεβαιωθεί η σωστή διαδικασία.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148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Έγγραφα δικηγορικής εργασίας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Σύνοψη υπόθεσης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Έγγραφο δικηγορικής εργασίας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σύνοψη υπόθεσης για την ακρόαση.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149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Έγγραφα δικηγορικής εργασίας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Χρονολόγιο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Έγγραφο δικηγορικής εργασίας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Οργάνωσε χρονολόγιο γεγονότων για δικαστική υπόθεση με ημερομηνίες και έγγραφα.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150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Έγγραφα δικηγορικής εργασίας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Σχέδιο διατάγματος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Έγγραφο δικηγορικής εργασίας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Μετά τη συμφωνία των μερών, χρειάζεται προσχέδιο διατάγματος για τον δικαστή.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151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Έγγραφα δικηγορικής εργασίας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Κατάλογος νομολογίας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Έγγραφο δικηγορικής εργασίας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Χρειάζομαι κατάλογο νομολογίας με τις αποφάσεις που θα επικαλεστούμε στην ακρόαση.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152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Έγγραφα δικηγορικής εργασίας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Ένσταση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Έγγραφο δικηγορικής εργασίας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Χρειάζεται ένσταση σε αίτηση της άλλης πλευράς.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153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Έγγραφα δικηγορικής εργασίας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Αγόρευση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Έγγραφο δικηγορικής εργασίας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Θέλω αγόρευση για την ακρόαση της πολιτικής υπόθεσης.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154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Έγγραφα δικηγορικής εργασίας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Προδικαστική επιστολή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Έγγραφο δικηγορικής εργασίας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Γράψε προδικαστική επιστολή απαίτησης προς οφειλέτη πριν ληφθούν δικαστικά μέτρα.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155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Έγγραφα δικηγορικής εργασίας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Σκελετός αγόρευσης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Έγγραφο δικηγορικής εργασίας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Χρειάζομαι σκελετό αγόρευσης για την ακρόαση προσωρινού διατάγματος.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156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Έγγραφα δικηγορικής εργασίας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Αλληλογραφία χωρίς επηρεασμό δικαιωμάτων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Έγγραφο δικηγορικής εργασίας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επιστολή χωρίς επηρεασμό δικαιωμάτων για πρόταση διακανονισμού.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157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Έγγραφα δικηγορικής εργασίας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Υπόμνημα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Έγγραφο δικηγορικής εργασίας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Χρειάζονται γραπτές αγορεύσεις για την ακρόαση της πολιτικής υπόθεσης.</w:t>
            </w:r>
          </w:p>
        </w:tc>
      </w:tr>
    </w:tbl>
    <w:p>
      <w:pPr>
        <w:pStyle w:val="Heading1"/>
      </w:pPr>
      <w:r>
        <w:t>Νέοι Θεσμοί Πολιτικής Δικονομίας (105)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520"/>
        <w:gridCol w:w="1800"/>
        <w:gridCol w:w="3300"/>
        <w:gridCol w:w="1700"/>
        <w:gridCol w:w="6780"/>
      </w:tblGrid>
      <w:tr>
        <w:trPr>
          <w:tblHeader w:val="true"/>
        </w:trPr>
        <w:tc>
          <w:tcPr>
            <w:tcW w:type="dxa" w:w="52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#</w:t>
            </w:r>
          </w:p>
        </w:tc>
        <w:tc>
          <w:tcPr>
            <w:tcW w:type="dxa" w:w="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Κατηγορία</w:t>
            </w:r>
          </w:p>
        </w:tc>
        <w:tc>
          <w:tcPr>
            <w:tcW w:type="dxa" w:w="3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Έντυπο / προϊόν</w:t>
            </w:r>
          </w:p>
        </w:tc>
        <w:tc>
          <w:tcPr>
            <w:tcW w:type="dxa" w:w="17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Τύπος</w:t>
            </w:r>
          </w:p>
        </w:tc>
        <w:tc>
          <w:tcPr>
            <w:tcW w:type="dxa" w:w="678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Πρακτική ερώτηση χρήστη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158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Ένορκη Δήλωση Επίδοσης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ένορκη δήλωση επίδοσης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159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Σημείωμα Εμφάνισης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σημείωμα εμφάνισης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160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(Κατασχεθείσα Περιουσία)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ειδοποίηση (κατασχεθείσα περιουσία)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161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Διορισμός Δικηγόρου (Εναγόμενος)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διορισμός δικηγόρου (εναγόμενος)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162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Διακοπής (κατόπιν άδειας)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ειδοποίηση διακοπής (κατόπιν άδειας)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163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Διακοπής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ειδοποίηση διακοπής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164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Συναίνεση Διακοπής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συναίνεση διακοπής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165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Αίτημα Ερήμην (Καθορισμένο Ποσό)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αίτημα ερήμην (καθορισμένο ποσό)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166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Αίτημα Ερήμην (Ποσό υπό Απόφαση)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αίτημα ερήμην (ποσό υπό απόφαση)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167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Αίτημα Ερήμην (Παράδοση Αγαθών)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αίτημα ερήμην (παράδοση αγαθών)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168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Παραδοχή Εγγράφων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παραδοχή εγγράφων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169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Παραδοχή Γεγονότων (Αξίωση)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παραδοχή γεγονότων (αξίωση)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170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Αίτημα Επίδοσης σε Ξένο Κράτος (Σύμβαση)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αίτημα επίδοσης σε ξένο κράτος (σύμβαση)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171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Παραδοχή Γεγονότων (Απάντηση)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παραδοχή γεγονότων (απάντηση)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172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Υπεράσπιση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υπεράσπιση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173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Αίτημα Περαιτέρω Πληροφοριών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αίτημα περαιτέρω πληροφοριών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174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Απαίτησης (μη διάδικοι)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ειδοποίηση απαίτησης (μη διάδικοι)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175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Απόφασης (μη διάδικοι)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ειδοποίηση απόφασης (μη διάδικοι)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176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Εμφάνιση μη Διαδίκου (Απαίτηση)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εμφάνιση μη διαδίκου (απαίτηση)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177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Εμφάνιση μη Διαδίκου (Απόφαση)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εμφάνιση μη διαδίκου (απόφαση)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178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Πρόσθετη Απαίτηση (κατά διαδίκου)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πρόσθετη απαίτηση (κατά διαδίκου)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179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Πρόσθετη Απαίτηση (κατά μη διαδίκου)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πρόσθετη απαίτηση (κατά μη διαδίκου)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180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Εμφάνιση σε Πρόσθετη Απαίτηση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εμφάνιση σε πρόσθετη απαίτηση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181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Υποκατάστατης Επίδοσης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ειδοποίηση υποκατάστατης επίδοσης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182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Ερήμην σε Πρόσθετη Απαίτηση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ερήμην σε πρόσθετη απαίτηση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183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Δήλωση Αληθείας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δήλωση αληθείας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184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Πιστοποιητικό Αδυναμίας Ανάγνωσης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πιστοποιητικό αδυναμίας ανάγνωσης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185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Αίτηση (Πριν Έγερση Απαίτησης)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αίτηση (πριν έγερση απαίτησης)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186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Αίτηση (Εκκρεμούσα Διαδικασία)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αίτηση (εκκρεμούσα διαδικασία)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187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Ένσταση (Πριν Έγερση)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ένσταση (πριν έγερση)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188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Ένσταση (Εκκρεμούσα)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ένσταση (εκκρεμούσα)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189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Χρονοδιάγραμμα (Πριν Έγερση)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χρονοδιάγραμμα (πριν έγερση)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190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Χρονοδιάγραμμα (Εκκρεμούσα)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χρονοδιάγραμμα (εκκρεμούσα)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191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Ερωτηματολόγιο Οδηγιών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ερωτηματολόγιο οδηγιών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192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Απαίτησης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Θέλω να ξεκινήσω πολιτική αγωγή και χρειάζεται το αρχικό έγγραφο απαίτησης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193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Δείγμα Διαδικαστικών Οδηγιών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δείγμα διαδικαστικών οδηγιών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194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Χρονοδιάγραμμα (Συνήθης)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χρονοδιάγραμμα (συνήθης)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195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Λίστα Προδικαστικού Ελέγχου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λίστα προδικαστικού ελέγχου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196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Γενική Αποκάλυψη Εγγράφων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γενική αποκάλυψη εγγράφων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197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Ειδική Αποκάλυψη Εγγράφων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ειδική αποκάλυψη εγγράφων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198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Συμπληρωματική Αποκάλυψη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συμπληρωματική αποκάλυψη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199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Αίτημα Ειδικής Αποκάλυψης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αίτημα ειδικής αποκάλυψης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200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Ένσταση Ειδικής Αποκάλυψης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ένσταση ειδικής αποκάλυψης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201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Απάντηση σε Ένσταση Αποκάλυψης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απάντηση σε ένσταση αποκάλυψης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202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Αίτημα Επιθεώρησης Εγγράφων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αίτημα επιθεώρησης εγγράφων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203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Διορισμός Δικηγόρου (Ενάγων)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διορισμός δικηγόρου (ενάγων)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204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Ένσταση Επιθεώρησης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ένσταση επιθεώρησης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205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Απάντηση σε Ένσταση Επιθεώρησης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απάντηση σε ένσταση επιθεώρησης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206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Δήλωση Μάρτυρα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δήλωση μάρτυρα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207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Ένορκη Δήλωση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ένορκη δήλωση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208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Κλήση Μάρτυρα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κλήση μάρτυρα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209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Εξέταση Μάρτυρα (Ξένο Κράτος)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εξέταση μάρτυρα (ξένο κράτος)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210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Δέσμευση Εξόδων (Ξένο Κράτος)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δέσμευση εξόδων (ξένο κράτος)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211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Διάταγμα Εξέτασης (Πρεσβεία)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διάταγμα εξέτασης (πρεσβεία)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212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Πρόταση Διακανονισμού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πρόταση διακανονισμού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213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Πιστοποιητικό Πληρωμής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πιστοποιητικό πληρωμής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214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Επίδοσης σε Συνεταιρισμό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ειδοποίηση επίδοσης σε συνεταιρισμό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215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Πληρωμής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ειδοποίηση πληρωμής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216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Χρονοδιάγραμμα Ακρόασης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χρονοδιάγραμμα ακρόασης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217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Αλλαγής Δικηγόρου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ειδοποίηση αλλαγής δικηγόρου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218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Απαίτησης Μέρους 8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Χρειάζεται έντυπο απαίτησης Μέρους 8 για υπόθεση που θα προχωρήσει με την ειδική διαδικασία των ΝΘΠΔ.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219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Σημείωμα Εμφάνισης (Μέρος 8)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σημείωμα εμφάνισης (μέρος 8)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220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Ένσταση στην Απαίτηση Μέρους 8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ένσταση στην απαίτηση μέρους 8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221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Διαιτητική Απαίτηση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διαιτητική απαίτηση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222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Εμφάνιση (Διαιτησία)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εμφάνιση (διαιτησία)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223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Ένταλμα Σύλληψης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ένταλμα σύλληψης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224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Ένταλμα Κατάσχεσης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ένταλμα κατάσχεσης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225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Ένταλμα Κατοχής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ένταλμα κατοχής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226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Ένορκη Δήλωση (Κατοχή)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ένορκη δήλωση (κατοχή)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227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Ένταλμα Παράδοσης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ένταλμα παράδοσης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228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Βιβλίο Δικαστικού Επιδότη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βιβλίο δικαστικού επιδότη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229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Εφεσείοντα (γενική)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ειδοποίηση εφεσείοντα (γενική)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230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Εφεσείοντα (μικρές)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ειδοποίηση εφεσείοντα (μικρές)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231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Εφεσίβλητου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ειδοποίηση εφεσίβλητου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232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Τίτλος εγγράφων ναυτοδικείου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τίτλος εγγράφων ναυτοδικείου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233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Εμπράγματη ναυτική απαίτηση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Στο ναυτοδικείο χρειάζεται εμπράγματη ναυτική απαίτηση κατά πλοίου.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234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Εμφάνιση ναυτοδικείου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εμφάνιση ναυτοδικείου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235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Προσωπική ναυτική απαίτηση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Στο ναυτοδικείο χρειάζεται προσωπική ναυτική απαίτηση κατά εναγομένου.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236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Αίτηση συντηρητικής κατάσχεσης πλοίου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αίτηση συντηρητικής κατάσχεσης πλοίου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237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Δήλωση υποστήριξης κατάσχεσης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δήλωση υποστήριξης κατάσχεσης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238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σε Πρόξενο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ειδοποίηση σε πρόξενο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239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Ένταλμα Συντηρητικής Κατάσχεσης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ένταλμα συντηρητικής κατάσχεσης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240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Ειδοποίηση Αξιωματικού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ειδοποίηση αξιωματικού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241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Οδηγίες Αξιωματικού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οδηγίες αξιωματικού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242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Επιφύλαξη κατά κατάσχεσης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Στο ναυτοδικείο χρειάζεται ναυτική επιφύλαξη κατά κατάσχεσης πλοίου.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243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Επιφύλαξη κατά αποδέσμευσης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Στο ναυτοδικείο χρειάζεται ναυτική επιφύλαξη κατά αποδέσμευσης πλοίου.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244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Αποδέσμευση πλοίου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αποδέσμευση πλοίου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245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Απόσυρση επιφύλαξης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Στο ναυτοδικείο χρειάζεται απόσυρση ναυτικής επιφύλαξης.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246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Ερήμην ναυτοδικείου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ερήμην ναυτοδικείου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247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Εκτίμηση/εκποίηση πλοίου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εκτίμηση/εκποίηση πλοίου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248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Περιορισμός ευθύνης (1)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περιορισμός ευθύνης (1)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249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Περιορισμός ευθύνης (2)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περιορισμός ευθύνης (2)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250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Περιορισμός ευθύνης (3)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περιορισμός ευθύνης (3)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251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Περιορισμός ευθύνης (4)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περιορισμός ευθύνης (4)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252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Περιορισμός ευθύνης (5)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περιορισμός ευθύνης (5)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253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Περιορισμός ευθύνης (6)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περιορισμός ευθύνης (6)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254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Περιορισμός ευθύνης (7)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περιορισμός ευθύνης (7)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255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Περιορισμός ευθύνης (8)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περιορισμός ευθύνης (8)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256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Περιορισμός ευθύνης (9)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αγωγή χρειάζεται περιορισμός ευθύνης (9) σύμφωνα με τους Νέους Θεσμούς Πολιτικής Δικονομίας.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257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Τροποποίηση δικογράφου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Διαδικασία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διαδικασία χρειάζεται καθοδήγηση και προσχέδιο για τροποποίηση δικογράφου με βάση το Μέρος 18 των ΝΘΠΔ.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258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Αίτηση παραμερισμού απόφασης ερήμην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Διαδικασία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διαδικασία χρειάζεται καθοδήγηση και προσχέδιο για παραμερισμός απόφασης ερήμην με βάση το Μέρος 14 των ΝΘΠΔ.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259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Έξοδα / προϋπολογισμός εξόδων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Διαδικασία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διαδικασία χρειάζεται καθοδήγηση και προσχέδιο για προϋπολογισμό εξόδων με βάση το Μέρος 39 των ΝΘΠΔ.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260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Αίτηση για ενδιάμεση θεραπεία / προσωρινό διάταγμα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Διαδικασία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διαδικασία χρειάζεται καθοδήγηση και προσχέδιο για προσωρινό διάταγμα με βάση το Μέρος 25 των ΝΘΠΔ.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261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Έκθεση απαίτησης / δικόγραφο απαίτησης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Διαδικασία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διαδικασία χρειάζεται καθοδήγηση και προσχέδιο για έκθεση απαίτησης με βάση το Μέρος 16 των ΝΘΠΔ.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262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Νέοι Θεσμοί Πολιτικής Δικονομίας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Αίτηση για συνοπτική απόφαση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Διαδικασία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πολιτική διαδικασία χρειάζεται καθοδήγηση και προσχέδιο για αίτηση για συνοπτική απόφαση με βάση το Μέρος 24 των ΝΘΠΔ.</w:t>
            </w:r>
          </w:p>
        </w:tc>
      </w:tr>
    </w:tbl>
    <w:p>
      <w:pPr>
        <w:pStyle w:val="Heading1"/>
      </w:pPr>
      <w:r>
        <w:t>Δικαστικά έγγραφα εκτός ΝΘΠΔ (2)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520"/>
        <w:gridCol w:w="1800"/>
        <w:gridCol w:w="3300"/>
        <w:gridCol w:w="1700"/>
        <w:gridCol w:w="6780"/>
      </w:tblGrid>
      <w:tr>
        <w:trPr>
          <w:tblHeader w:val="true"/>
        </w:trPr>
        <w:tc>
          <w:tcPr>
            <w:tcW w:type="dxa" w:w="52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#</w:t>
            </w:r>
          </w:p>
        </w:tc>
        <w:tc>
          <w:tcPr>
            <w:tcW w:type="dxa" w:w="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Κατηγορία</w:t>
            </w:r>
          </w:p>
        </w:tc>
        <w:tc>
          <w:tcPr>
            <w:tcW w:type="dxa" w:w="3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Έντυπο / προϊόν</w:t>
            </w:r>
          </w:p>
        </w:tc>
        <w:tc>
          <w:tcPr>
            <w:tcW w:type="dxa" w:w="17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Τύπος</w:t>
            </w:r>
          </w:p>
        </w:tc>
        <w:tc>
          <w:tcPr>
            <w:tcW w:type="dxa" w:w="678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Πρακτική ερώτηση χρήστη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263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Δικαστικά έγγραφα εκτός ΝΘΠΔ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Αίτηση στο Διοικητικό Δικαστήριο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Δικαστικό έγγραφο εκτός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Δημόσια αρχή απέρριψε την άδεια λειτουργίας του πελάτη μου και θέλω να καταχωρίσω προσφυγή στο Διοικητικό Δικαστήριο.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264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Δικαστικά έγγραφα εκτός ΝΘΠΔ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Αίτηση επαναφοράς διοικητικής προσφυγής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Δικαστικό έγγραφο εκτός ΝΘΠΔ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αίτηση για επαναφορά διοικητικής προσφυγής που απορρίφθηκε λόγω μη εμφάνισης.</w:t>
            </w:r>
          </w:p>
        </w:tc>
      </w:tr>
    </w:tbl>
    <w:p>
      <w:pPr>
        <w:pStyle w:val="Heading1"/>
      </w:pPr>
      <w:r>
        <w:t>Διαχείριση Κληρονομιάς (19)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520"/>
        <w:gridCol w:w="1800"/>
        <w:gridCol w:w="3300"/>
        <w:gridCol w:w="1700"/>
        <w:gridCol w:w="6780"/>
      </w:tblGrid>
      <w:tr>
        <w:trPr>
          <w:tblHeader w:val="true"/>
        </w:trPr>
        <w:tc>
          <w:tcPr>
            <w:tcW w:type="dxa" w:w="52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#</w:t>
            </w:r>
          </w:p>
        </w:tc>
        <w:tc>
          <w:tcPr>
            <w:tcW w:type="dxa" w:w="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Κατηγορία</w:t>
            </w:r>
          </w:p>
        </w:tc>
        <w:tc>
          <w:tcPr>
            <w:tcW w:type="dxa" w:w="3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Έντυπο / προϊόν</w:t>
            </w:r>
          </w:p>
        </w:tc>
        <w:tc>
          <w:tcPr>
            <w:tcW w:type="dxa" w:w="17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Τύπος</w:t>
            </w:r>
          </w:p>
        </w:tc>
        <w:tc>
          <w:tcPr>
            <w:tcW w:type="dxa" w:w="678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Πρακτική ερώτηση χρήστη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265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1 - Αίτηση για χορηγία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Ο αποβιώσας δεν άφησε διαθήκη και χρειάζεται αίτηση για χορήγηση διαχείρισης της κληρονομιάς.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266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10 - Ειδοποίηση προς πρόσωπο που καταχώρισε επιφύλαξη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φάκελο διαχείρισης κληρονομιάς χρειάζεται ειδοποίηση προς πρόσωπο που καταχώρισε επιφύλαξη.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267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11 - Αποποίηση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Ο εκτελεστής θέλει να αποποιηθεί το δικαίωμα για χορηγία επικύρωσης διαθήκης.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268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12 - Αποποίηση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Πρόσωπο που θα μπορούσε να ζητήσει διαχείριση κληρονομιάς θέλει να αποποιηθεί το δικαίωμα διορισμού.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269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13 - Δημοσίευση / αγγελία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φάκελο διαχείρισης κληρονομιάς χρειάζεται δημοσίευση / αγγελία.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270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14 - Χορηγία επικύρωσης διαθήκης ή διαχείρισης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Μετά την αίτηση χρειάζεται η χορηγία επικύρωσης διαθήκης για τον εκτελεστή.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271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15 - Χορηγία επικύρωσης διαθήκης ή διαχείρισης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Μετά την αίτηση χρειάζεται χορηγία διαχείρισης κληρονομιάς όταν δεν υπάρχει διαθήκη.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272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16 - Χορηγία επικύρωσης διαθήκης ή διαχείρισης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Μετά την αίτηση χρειάζεται χορηγία διαχείρισης με διαθήκη και διορισμό διαχειριστή.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273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17 - Όρκος απογραφής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φάκελο διαχείρισης κληρονομιάς χρειάζεται όρκος απογραφής.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274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18 - Αποποίηση κληρονομιάς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φάκελο διαχείρισης κληρονομιάς χρειάζεται αποποίηση κληρονομιάς.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275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19 - Ειδοποίηση για απόσυρση επιφύλαξης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φάκελο διαχείρισης κληρονομιάς χρειάζεται ειδοποίηση για απόσυρση επιφύλαξης.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276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2 - Όρκος εκτελεστή ή διαχειριστή κληρονομιάς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φάκελο διαχείρισης κληρονομιάς χρειάζεται όρκος εκτελεστή ή διαχειριστή κληρονομιάς.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277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3 - Όρκος διαχειριστή κληρονομιάς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φάκελο διαχείρισης κληρονομιάς χρειάζεται όρκος διαχειριστή κληρονομιάς.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278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4 - Ένορκη δήλωση μάρτυρα επικύρωσης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φάκελο διαχείρισης κληρονομιάς χρειάζεται ένορκη δήλωση μάρτυρα επικύρωσης.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279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5 - Ένορκη δήλωση όταν ο μάρτυρας επικύρωσης έχει αποβιώσει ή απουσιάζει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φάκελο διαχείρισης κληρονομιάς χρειάζεται ένορκη δήλωση επειδή ο μάρτυρας επικύρωσης έχει αποβιώσει.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280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6 - Εγγύηση διαχειριστή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φάκελο διαχείρισης κληρονομιάς χρειάζεται εγγύηση διαχειριστή.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281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7 - Εγγύηση διαχείρισης / έντυπο εγγυητή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φάκελο διαχείρισης κληρονομιάς χρειάζεται εγγύηση διαχείρισης από τον διαχειριστή.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282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8 - Εγγύηση διαχείρισης / έντυπο εγγυητή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φάκελο διαχείρισης κληρονομιάς χρειάζεται έντυπο εγγυητή για την εγγύηση διαχείρισης.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283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Διαχείριση Κληρονομιάς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9 - Εγγύηση διαχείρισης / έντυπο εγγυητή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Σε φάκελο διαχείρισης κληρονομιάς χρειάζεται συμπληρωματικό έγγραφο εγγυητή για την εγγύηση διαχείρισης.</w:t>
            </w:r>
          </w:p>
        </w:tc>
      </w:tr>
    </w:tbl>
    <w:p>
      <w:pPr>
        <w:pStyle w:val="Heading1"/>
      </w:pPr>
      <w:r>
        <w:t>Επανασφράγιση αλλοδαπών χορηγιών (4)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520"/>
        <w:gridCol w:w="1800"/>
        <w:gridCol w:w="3300"/>
        <w:gridCol w:w="1700"/>
        <w:gridCol w:w="6780"/>
      </w:tblGrid>
      <w:tr>
        <w:trPr>
          <w:tblHeader w:val="true"/>
        </w:trPr>
        <w:tc>
          <w:tcPr>
            <w:tcW w:type="dxa" w:w="52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#</w:t>
            </w:r>
          </w:p>
        </w:tc>
        <w:tc>
          <w:tcPr>
            <w:tcW w:type="dxa" w:w="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Κατηγορία</w:t>
            </w:r>
          </w:p>
        </w:tc>
        <w:tc>
          <w:tcPr>
            <w:tcW w:type="dxa" w:w="3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Έντυπο / προϊόν</w:t>
            </w:r>
          </w:p>
        </w:tc>
        <w:tc>
          <w:tcPr>
            <w:tcW w:type="dxa" w:w="17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Τύπος</w:t>
            </w:r>
          </w:p>
        </w:tc>
        <w:tc>
          <w:tcPr>
            <w:tcW w:type="dxa" w:w="678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Πρακτική ερώτηση χρήστη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284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Επανασφράγιση αλλοδαπών χορηγιών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1 - Κλήση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Για ξένη χορηγία που πρέπει να ισχύσει στην Κύπρο, χρειάζεται κλήση στην επανασφράγιση.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285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Επανασφράγιση αλλοδαπών χορηγιών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2 - Όρκος για επανασφράγιση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Υπάρχει ξένη χορηγία διαχείρισης από το Ηνωμένο Βασίλειο και πρέπει να επανασφραγιστεί στην Κύπρο.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286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Επανασφράγιση αλλοδαπών χορηγιών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3 - Δημοσίευση / αγγελία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Για ξένη χορηγία που πρέπει να ισχύσει στην Κύπρο, χρειάζεται δημοσίευση/αγγελία για την επανασφράγιση.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287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Επανασφράγιση αλλοδαπών χορηγιών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αρ. 4 - Εγγύηση διαχείρισης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Για ξένη χορηγία που πρέπει να ισχύσει στην Κύπρο, χρειάζεται εγγύηση διαχείρισης.</w:t>
            </w:r>
          </w:p>
        </w:tc>
      </w:tr>
    </w:tbl>
    <w:p>
      <w:pPr>
        <w:pStyle w:val="Heading1"/>
      </w:pPr>
      <w:r>
        <w:t>Δικαστήριο Ελέγχου Ενοικιάσεων (5)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520"/>
        <w:gridCol w:w="1800"/>
        <w:gridCol w:w="3300"/>
        <w:gridCol w:w="1700"/>
        <w:gridCol w:w="6780"/>
      </w:tblGrid>
      <w:tr>
        <w:trPr>
          <w:tblHeader w:val="true"/>
        </w:trPr>
        <w:tc>
          <w:tcPr>
            <w:tcW w:type="dxa" w:w="52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#</w:t>
            </w:r>
          </w:p>
        </w:tc>
        <w:tc>
          <w:tcPr>
            <w:tcW w:type="dxa" w:w="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Κατηγορία</w:t>
            </w:r>
          </w:p>
        </w:tc>
        <w:tc>
          <w:tcPr>
            <w:tcW w:type="dxa" w:w="3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Έντυπο / προϊόν</w:t>
            </w:r>
          </w:p>
        </w:tc>
        <w:tc>
          <w:tcPr>
            <w:tcW w:type="dxa" w:w="17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Τύπος</w:t>
            </w:r>
          </w:p>
        </w:tc>
        <w:tc>
          <w:tcPr>
            <w:tcW w:type="dxa" w:w="678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Πρακτική ερώτηση χρήστη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288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Δικαστήριο Ελέγχου Ενοικιάσεων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1 - Αίτηση Ενοικιοστασίου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Ο ενοικιαστής δεν πληρώνει ενοίκια και ο ιδιοκτήτης θέλει να ανακτήσει κατοχή καταστήματος στη Λευκωσία. Ετοίμασε τη σωστή αίτηση.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289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Δικαστήριο Ελέγχου Ενοικιάσεων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2 - Αίτηση Ενοικιοστασίου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Στο Ενοικιοστάσιο χρειάζεται αίτηση για μισθωτική διαφορά όπου ο ενοικιαστής ζητά προστασία και ρύθμιση των όρων κατοχής.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290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Δικαστήριο Ελέγχου Ενοικιάσεων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3 - Αίτηση Ενοικιοστασίου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Ο ιδιοκτήτης θέλει αίτηση στο Ενοικιοστάσιο για αύξηση ή αναπροσαρμογή ενοικίου σε ελεγχόμενο υποστατικό.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291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Δικαστήριο Ελέγχου Ενοικιάσεων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4 - Αίτηση Ενοικιοστασίου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Ο ενοικιαστής θέλει αίτηση στο Ενοικιοστάσιο για μείωση ή έλεγχο υπερβολικού ενοικίου.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292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Δικαστήριο Ελέγχου Ενοικιάσεων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Τύπος 5 - Αίτηση Ενοικιοστασίου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Στην ενοικιαστική διαφορά χρειάζεται ειδική αίτηση στο Ενοικιοστάσιο για περαιτέρω διαδικαστικό διάταγμα.</w:t>
            </w:r>
          </w:p>
        </w:tc>
      </w:tr>
    </w:tbl>
    <w:p>
      <w:r>
        <w:br w:type="page"/>
      </w:r>
    </w:p>
    <w:p>
      <w:pPr>
        <w:pStyle w:val="Heading1"/>
      </w:pPr>
      <w:r>
        <w:t>Ανώτατο Δικαστήριο / Εφετείο 2023 (5)</w:t>
      </w:r>
    </w:p>
    <w:tbl>
      <w:tblPr>
        <w:tblStyle w:val="TableGrid"/>
        <w:tblW w:type="dxa" w:w="14100"/>
        <w:jc w:val="left"/>
        <w:tblLayout w:type="fixed"/>
        <w:tblLook w:firstColumn="1" w:firstRow="1" w:lastColumn="0" w:lastRow="0" w:noHBand="0" w:noVBand="1" w:val="04A0"/>
      </w:tblPr>
      <w:tblGrid>
        <w:gridCol w:w="520"/>
        <w:gridCol w:w="1800"/>
        <w:gridCol w:w="3300"/>
        <w:gridCol w:w="1700"/>
        <w:gridCol w:w="6780"/>
      </w:tblGrid>
      <w:tr>
        <w:trPr>
          <w:tblHeader w:val="true"/>
        </w:trPr>
        <w:tc>
          <w:tcPr>
            <w:tcW w:type="dxa" w:w="52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#</w:t>
            </w:r>
          </w:p>
        </w:tc>
        <w:tc>
          <w:tcPr>
            <w:tcW w:type="dxa" w:w="18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Κατηγορία</w:t>
            </w:r>
          </w:p>
        </w:tc>
        <w:tc>
          <w:tcPr>
            <w:tcW w:type="dxa" w:w="33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Έντυπο / προϊόν</w:t>
            </w:r>
          </w:p>
        </w:tc>
        <w:tc>
          <w:tcPr>
            <w:tcW w:type="dxa" w:w="170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Τύπος</w:t>
            </w:r>
          </w:p>
        </w:tc>
        <w:tc>
          <w:tcPr>
            <w:tcW w:type="dxa" w:w="6780"/>
            <w:shd w:fill="005B7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Πρακτική ερώτηση χρήστη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293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Ανώτατο Δικαστήριο / Εφετείο 2023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1 - Αίτηση άδειας βάσει του άρθρου 9(3)(γ) του Νόμου 33/1964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Μετά από δυσμενή πολιτική απόφαση, θέλω να ζητήσω άδεια από το Ανώτατο Δικαστήριο με βάση το άρθρο 9(3)(γ).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294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Ανώτατο Δικαστήριο / Εφετείο 2023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2 - Ένσταση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Χρειάζεται ένσταση στην αίτηση άδειας που καταχωρίστηκε στο Ανώτατο Δικαστήριο.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295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Ανώτατο Δικαστήριο / Εφετείο 2023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3 - Αίτηση επανεκδίκασης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Στο Ανώτατο Δικαστήριο χρειάζεται αίτηση επανεκδίκασης μετά την απόφαση.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296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Ανώτατο Δικαστήριο / Εφετείο 2023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4 - Αίτηση εξαίρεσης δικαστή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Στο Ανώτατο Δικαστήριο χρειάζεται αίτηση εξαίρεσης δικαστή για το επόμενο διαδικαστικό βήμα.</w:t>
            </w:r>
          </w:p>
        </w:tc>
      </w:tr>
      <w:tr>
        <w:tc>
          <w:tcPr>
            <w:tcW w:type="dxa" w:w="52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297</w:t>
            </w:r>
          </w:p>
        </w:tc>
        <w:tc>
          <w:tcPr>
            <w:tcW w:type="dxa" w:w="18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Ανώτατο Δικαστήριο / Εφετείο 2023</w:t>
            </w:r>
          </w:p>
        </w:tc>
        <w:tc>
          <w:tcPr>
            <w:tcW w:type="dxa" w:w="33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Έντυπο 5 - Αίτηση βάσει του Μέρους 9</w:t>
            </w:r>
          </w:p>
        </w:tc>
        <w:tc>
          <w:tcPr>
            <w:tcW w:type="dxa" w:w="170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Επίσημο έντυπο</w:t>
            </w:r>
          </w:p>
        </w:tc>
        <w:tc>
          <w:tcPr>
            <w:tcW w:type="dxa" w:w="6780"/>
            <w:vAlign w:val="center"/>
            <w:tcMar>
              <w:top w:w="50" w:type="dxa"/>
              <w:start w:w="105" w:type="dxa"/>
              <w:bottom w:w="50" w:type="dxa"/>
              <w:end w:w="105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5"/>
              </w:rPr>
              <w:t>Ετοίμασε το σωστό έγγραφο. Στο Ανώτατο Δικαστήριο χρειάζεται αίτηση με βάση το Μέρος 9 για το επόμενο διαδικαστικό βήμα.</w:t>
            </w:r>
          </w:p>
        </w:tc>
      </w:tr>
    </w:tbl>
    <w:sectPr w:rsidR="00FC693F" w:rsidRPr="0006063C" w:rsidSect="00034616">
      <w:pgSz w:w="15840" w:h="12240" w:orient="landscape"/>
      <w:pgMar w:top="720" w:right="648" w:bottom="720" w:left="64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5B7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5B7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3F4E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talogueTitle">
    <w:name w:val="Catalogue Title"/>
    <w:pPr>
      <w:spacing w:after="80"/>
    </w:pPr>
    <w:rPr>
      <w:rFonts w:ascii="Calibri" w:hAnsi="Calibri"/>
      <w:b/>
      <w:color w:val="003F4E"/>
      <w:sz w:val="38"/>
    </w:rPr>
  </w:style>
  <w:style w:type="paragraph" w:customStyle="1" w:styleId="CatalogueSubtitle">
    <w:name w:val="Catalogue Subtitle"/>
    <w:pPr>
      <w:spacing w:after="120"/>
    </w:pPr>
    <w:rPr>
      <w:rFonts w:ascii="Calibri" w:hAnsi="Calibri"/>
      <w:color w:val="55616A"/>
      <w:sz w:val="21"/>
    </w:rPr>
  </w:style>
  <w:style w:type="paragraph" w:customStyle="1" w:styleId="CatalogueMeta">
    <w:name w:val="Catalogue Meta"/>
    <w:pPr>
      <w:spacing w:after="100"/>
    </w:pPr>
    <w:rPr>
      <w:rFonts w:ascii="Calibri" w:hAnsi="Calibri"/>
      <w:color w:val="55616A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